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9BC0"/>
          <w:sz w:val="26"/>
        </w:rPr>
        <w:t>OCCE  |  UNION RÉGIONALE PACA-CORSE</w:t>
      </w:r>
    </w:p>
    <w:p>
      <w:pPr>
        <w:jc w:val="center"/>
      </w:pPr>
      <w:r>
        <w:rPr>
          <w:b/>
          <w:color w:val="174E68"/>
          <w:sz w:val="44"/>
        </w:rPr>
        <w:t>BULLETIN D’INSCRIPTION</w:t>
      </w:r>
    </w:p>
    <w:p>
      <w:pPr>
        <w:jc w:val="center"/>
      </w:pPr>
      <w:r>
        <w:rPr>
          <w:b/>
          <w:color w:val="E91E63"/>
          <w:sz w:val="32"/>
        </w:rPr>
        <w:t>Stage « Théâtre coopératif »</w:t>
      </w:r>
    </w:p>
    <w:p>
      <w:pPr>
        <w:jc w:val="center"/>
      </w:pPr>
      <w:r>
        <w:rPr>
          <w:b/>
          <w:color w:val="009BC0"/>
          <w:sz w:val="20"/>
        </w:rPr>
        <w:t>Du 28 au 30 octobre 2026 · La Basthus · Barret-sur-Méouge (Hautes-Alpes)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009BC0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1 · VOS COORDONNÉES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sz w:val="19"/>
              </w:rPr>
              <w:t>Nom : __________________________________________</w:t>
            </w:r>
          </w:p>
        </w:tc>
        <w:tc>
          <w:tcPr>
            <w:tcW w:type="dxa" w:w="5326"/>
          </w:tcPr>
          <w:p>
            <w:r>
              <w:rPr>
                <w:sz w:val="19"/>
              </w:rPr>
              <w:t>Prénom : ______________________________________</w:t>
            </w:r>
          </w:p>
        </w:tc>
      </w:tr>
      <w:tr>
        <w:tc>
          <w:tcPr>
            <w:tcW w:type="dxa" w:w="5326"/>
          </w:tcPr>
          <w:p>
            <w:r>
              <w:rPr>
                <w:sz w:val="19"/>
              </w:rPr>
              <w:t>N° de téléphone : _________________________________</w:t>
            </w:r>
          </w:p>
        </w:tc>
        <w:tc>
          <w:tcPr>
            <w:tcW w:type="dxa" w:w="5326"/>
          </w:tcPr>
          <w:p>
            <w:r>
              <w:rPr>
                <w:sz w:val="19"/>
              </w:rPr>
              <w:t>Adresse mail : 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9BC53D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2 · VOTRE STRUCTURE</w:t>
            </w:r>
          </w:p>
        </w:tc>
      </w:tr>
    </w:tbl>
    <w:p>
      <w:pPr>
        <w:spacing w:after="100"/>
      </w:pPr>
      <w:r>
        <w:rPr>
          <w:sz w:val="19"/>
        </w:rPr>
        <w:t>Association départementale OCCE : ________________________________________________</w:t>
      </w:r>
    </w:p>
    <w:p>
      <w:pPr>
        <w:spacing w:after="100"/>
      </w:pPr>
      <w:r>
        <w:rPr>
          <w:sz w:val="19"/>
        </w:rPr>
        <w:t>École ou établissement : __________________________________________________________</w:t>
      </w:r>
    </w:p>
    <w:p>
      <w:pPr>
        <w:spacing w:after="100"/>
      </w:pPr>
      <w:r>
        <w:rPr>
          <w:sz w:val="19"/>
        </w:rPr>
        <w:t>Commune : ____________________________________    Fonction / niveau(x) : ____________________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58220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3 · VOS ATTENTES</w:t>
            </w:r>
          </w:p>
        </w:tc>
      </w:tr>
    </w:tbl>
    <w:p>
      <w:r>
        <w:rPr>
          <w:b/>
          <w:sz w:val="19"/>
        </w:rPr>
        <w:t>Qu’attendez-vous de cette formation 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</w:tcPr>
          <w:p>
            <w:pPr>
              <w:spacing w:after="80"/>
            </w:pPr>
            <w:r>
              <w:t>________________________________________________________________________________</w:t>
            </w:r>
          </w:p>
        </w:tc>
      </w:tr>
      <w:tr>
        <w:tc>
          <w:tcPr>
            <w:tcW w:type="dxa" w:w="10652"/>
          </w:tcPr>
          <w:p>
            <w:pPr>
              <w:spacing w:after="80"/>
            </w:pPr>
            <w:r>
              <w:t>________________________________________________________________________________</w:t>
            </w:r>
          </w:p>
        </w:tc>
      </w:tr>
      <w:tr>
        <w:tc>
          <w:tcPr>
            <w:tcW w:type="dxa" w:w="10652"/>
          </w:tcPr>
          <w:p>
            <w:pPr>
              <w:spacing w:after="80"/>
            </w:pPr>
            <w:r>
              <w:t>________________________________________________________________________________</w:t>
            </w:r>
          </w:p>
        </w:tc>
      </w:tr>
      <w:tr>
        <w:tc>
          <w:tcPr>
            <w:tcW w:type="dxa" w:w="10652"/>
          </w:tcPr>
          <w:p>
            <w:pPr>
              <w:spacing w:after="80"/>
            </w:pPr>
            <w:r>
              <w:t>________________________________________________________________________________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E91E63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4 · EXPÉRIENCE &amp; HÉBERGEMENT</w:t>
            </w:r>
          </w:p>
        </w:tc>
      </w:tr>
    </w:tbl>
    <w:p>
      <w:pPr>
        <w:spacing w:after="100"/>
      </w:pPr>
      <w:r>
        <w:rPr>
          <w:sz w:val="19"/>
        </w:rPr>
        <w:t>Avez-vous déjà une expérience du théâtre en classe ?   ☐ Oui    ☐ Non</w:t>
      </w:r>
    </w:p>
    <w:p>
      <w:pPr>
        <w:spacing w:after="100"/>
      </w:pPr>
      <w:r>
        <w:rPr>
          <w:sz w:val="19"/>
        </w:rPr>
        <w:t>Si oui, laquelle / lesquelles ? __________________________________________________________</w:t>
      </w:r>
    </w:p>
    <w:p>
      <w:pPr>
        <w:spacing w:after="100"/>
      </w:pPr>
      <w:r>
        <w:rPr>
          <w:sz w:val="19"/>
        </w:rPr>
        <w:t>________________________________________________________________________________</w:t>
      </w:r>
    </w:p>
    <w:p>
      <w:pPr>
        <w:spacing w:after="100"/>
      </w:pPr>
      <w:r>
        <w:rPr>
          <w:sz w:val="19"/>
        </w:rPr>
        <w:t>Hébergement :   ☐ Je souhaite bénéficier de l’hébergement proposé    ☐ Je n’en ai pas besoin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shd w:fill="F3F8DE"/>
          </w:tcPr>
          <w:p>
            <w:pPr>
              <w:jc w:val="center"/>
            </w:pPr>
            <w:r>
              <w:rPr>
                <w:b/>
                <w:color w:val="174E68"/>
                <w:sz w:val="19"/>
              </w:rPr>
              <w:t>FORMATION ET HÉBERGEMENT OFFERTS</w:t>
              <w:br/>
            </w:r>
            <w:r>
              <w:rPr>
                <w:sz w:val="17"/>
              </w:rPr>
              <w:t>par l’Union régionale de l’OCCE PACA-Corse,</w:t>
              <w:br/>
              <w:t>dans la limite des places disponibles.</w:t>
            </w:r>
          </w:p>
        </w:tc>
        <w:tc>
          <w:tcPr>
            <w:tcW w:type="dxa" w:w="5326"/>
            <w:shd w:fill="FDEBF2"/>
          </w:tcPr>
          <w:p>
            <w:pPr>
              <w:jc w:val="center"/>
            </w:pPr>
            <w:r>
              <w:rPr>
                <w:b/>
                <w:color w:val="E91E63"/>
                <w:sz w:val="19"/>
              </w:rPr>
              <w:t>INSCRIPTION AVANT LE 9 OCTOBRE 2026</w:t>
              <w:br/>
            </w:r>
            <w:r>
              <w:rPr>
                <w:sz w:val="17"/>
              </w:rPr>
              <w:t>presidentUR.pacacorse@occe.coop</w:t>
            </w:r>
          </w:p>
        </w:tc>
      </w:tr>
    </w:tbl>
    <w:p>
      <w:pPr>
        <w:jc w:val="center"/>
      </w:pPr>
      <w:r>
        <w:rPr>
          <w:b/>
          <w:color w:val="009BC0"/>
          <w:sz w:val="17"/>
        </w:rPr>
        <w:t>Coopération  ·  Créativité  ·  Confiance  ·  Citoyenneté</w:t>
      </w:r>
    </w:p>
    <w:sectPr w:rsidR="00FC693F" w:rsidRPr="0006063C" w:rsidSect="00034616">
      <w:pgSz w:w="12240" w:h="15840"/>
      <w:pgMar w:top="624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